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7F994" w14:textId="77777777" w:rsidR="00346DC4" w:rsidRDefault="00346DC4" w:rsidP="00346DC4">
      <w:pPr>
        <w:tabs>
          <w:tab w:val="left" w:pos="735"/>
        </w:tabs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</w:p>
    <w:p w14:paraId="2342B40A" w14:textId="08314F44" w:rsidR="00CE20CF" w:rsidRPr="001E2B03" w:rsidRDefault="00CE20CF" w:rsidP="00CE20CF">
      <w:pPr>
        <w:spacing w:before="100" w:beforeAutospacing="1" w:after="100" w:afterAutospacing="1" w:line="240" w:lineRule="auto"/>
        <w:jc w:val="center"/>
        <w:rPr>
          <w:rFonts w:ascii="Arial Nova" w:eastAsia="Times New Roman" w:hAnsi="Arial Nova" w:cs="Arial"/>
          <w:sz w:val="22"/>
          <w:lang w:eastAsia="it-IT"/>
        </w:rPr>
      </w:pPr>
      <w:r w:rsidRPr="001E2B03">
        <w:rPr>
          <w:rFonts w:ascii="Arial Nova" w:eastAsia="Times New Roman" w:hAnsi="Arial Nova" w:cs="Arial"/>
          <w:b/>
          <w:bCs/>
          <w:sz w:val="22"/>
          <w:lang w:eastAsia="it-IT"/>
        </w:rPr>
        <w:t>ALLEGATO A – MODELLO DI MANIFESTAZIONE DI INTERESSE</w:t>
      </w:r>
      <w:r w:rsidRPr="001E2B03">
        <w:rPr>
          <w:rFonts w:ascii="Arial Nova" w:eastAsia="Times New Roman" w:hAnsi="Arial Nova" w:cs="Arial"/>
          <w:sz w:val="22"/>
          <w:lang w:eastAsia="it-IT"/>
        </w:rPr>
        <w:t xml:space="preserve"> - </w:t>
      </w:r>
      <w:r w:rsidRPr="001E2B03">
        <w:rPr>
          <w:rFonts w:ascii="Arial Nova" w:eastAsia="Times New Roman" w:hAnsi="Arial Nova" w:cs="Arial"/>
          <w:b/>
          <w:bCs/>
          <w:sz w:val="22"/>
          <w:lang w:eastAsia="it-IT"/>
        </w:rPr>
        <w:t xml:space="preserve">Short list – Progetto COINLAB </w:t>
      </w:r>
      <w:r w:rsidR="007815E5" w:rsidRPr="001E2B03">
        <w:rPr>
          <w:rFonts w:ascii="Arial Nova" w:eastAsia="Times New Roman" w:hAnsi="Arial Nova" w:cs="Arial"/>
          <w:b/>
          <w:bCs/>
          <w:sz w:val="22"/>
          <w:lang w:eastAsia="it-IT"/>
        </w:rPr>
        <w:t xml:space="preserve">| </w:t>
      </w:r>
      <w:r w:rsidR="007815E5" w:rsidRPr="00C23613">
        <w:rPr>
          <w:rFonts w:ascii="Arial Nova" w:eastAsia="Times New Roman" w:hAnsi="Arial Nova" w:cs="Arial"/>
          <w:b/>
          <w:bCs/>
          <w:sz w:val="22"/>
          <w:lang w:eastAsia="it-IT"/>
        </w:rPr>
        <w:t>“</w:t>
      </w:r>
      <w:r w:rsidR="00C23613" w:rsidRPr="00C23613">
        <w:rPr>
          <w:rFonts w:ascii="Arial Nova" w:eastAsia="Times New Roman" w:hAnsi="Arial Nova" w:cs="Arial"/>
          <w:b/>
          <w:bCs/>
          <w:sz w:val="22"/>
          <w:lang w:eastAsia="it-IT"/>
        </w:rPr>
        <w:t>F.A.R.O. – Food, Agricoltura, Radici, Opportunità”</w:t>
      </w:r>
    </w:p>
    <w:p w14:paraId="5101B860" w14:textId="77777777" w:rsidR="00CE20CF" w:rsidRPr="00C8453C" w:rsidRDefault="00CE20CF" w:rsidP="00CE20CF">
      <w:pPr>
        <w:spacing w:before="100" w:beforeAutospacing="1" w:after="100" w:afterAutospacing="1" w:line="240" w:lineRule="auto"/>
        <w:jc w:val="center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CUP J89I25000410006</w:t>
      </w:r>
    </w:p>
    <w:p w14:paraId="4A0B256C" w14:textId="69A7324F" w:rsidR="00CE20CF" w:rsidRPr="00C8453C" w:rsidRDefault="00CE20CF" w:rsidP="00CE20CF">
      <w:pPr>
        <w:spacing w:before="100" w:beforeAutospacing="1" w:after="100" w:afterAutospacing="1" w:line="240" w:lineRule="auto"/>
        <w:jc w:val="right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</w:t>
      </w:r>
      <w:r w:rsidR="00A97D3D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l capofila dell’ATS</w:t>
      </w:r>
      <w:r w:rsidRPr="00C8453C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 xml:space="preserve"> </w:t>
      </w:r>
      <w:r w:rsidR="00C23613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SANNIOIRPINIA LAB APS</w:t>
      </w:r>
    </w:p>
    <w:p w14:paraId="28A78550" w14:textId="77777777" w:rsidR="00CE20CF" w:rsidRPr="00C8453C" w:rsidRDefault="00CE20CF" w:rsidP="00CE20CF">
      <w:pPr>
        <w:spacing w:after="0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 xml:space="preserve">Il/La sottoscritto/a ____________________________________________________nato/a </w:t>
      </w:r>
      <w:proofErr w:type="spellStart"/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a</w:t>
      </w:r>
      <w:proofErr w:type="spellEnd"/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__________________________________ il ________________________codice fiscale ____________________________________residente in ______________________________ via/piazza _____________________________telefono __________________________ e-mail ______________________________________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 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PEC (se disponibile) ____________________________________________________________</w:t>
      </w:r>
    </w:p>
    <w:p w14:paraId="3DB2292D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 xml:space="preserve">in qualità di: </w:t>
      </w:r>
    </w:p>
    <w:p w14:paraId="76E27863" w14:textId="723C6F52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 xml:space="preserve"> candidato/a persona fisica</w:t>
      </w:r>
      <w:r w:rsidR="00EE4828">
        <w:rPr>
          <w:rFonts w:ascii="Arial Nova" w:eastAsia="Times New Roman" w:hAnsi="Arial Nova" w:cs="Arial"/>
          <w:sz w:val="20"/>
          <w:szCs w:val="20"/>
          <w:lang w:eastAsia="it-IT"/>
        </w:rPr>
        <w:t>/lavoratore autonomo</w:t>
      </w:r>
    </w:p>
    <w:p w14:paraId="69317462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 xml:space="preserve"> titolare/legale rappresentante dell’operatore economico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: </w:t>
      </w:r>
    </w:p>
    <w:p w14:paraId="294ACEB6" w14:textId="6C287804" w:rsidR="00CE20CF" w:rsidRPr="00C8453C" w:rsidRDefault="00CE20CF" w:rsidP="00CE20CF">
      <w:pPr>
        <w:spacing w:after="0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Ragione sociale ________________________________con sede legale in 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_______________________ via/piazza _____________________________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 Sede operativa (se diversa) __________________________________________________ 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telefono__________________________ e-mail ______________________________________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 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PEC (_________________________________________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 P.IVA _______________________</w:t>
      </w: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 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Sito web</w:t>
      </w: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 _______________________________ </w:t>
      </w:r>
    </w:p>
    <w:p w14:paraId="35E8E04E" w14:textId="77777777" w:rsidR="00CE20CF" w:rsidRPr="00C8453C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consapevole delle responsabilità previste in caso di dichiarazioni mendaci,</w:t>
      </w:r>
      <w:r w:rsidRPr="00346DC4">
        <w:rPr>
          <w:rFonts w:ascii="Arial Nova" w:hAnsi="Arial Nova" w:cs="Arial"/>
          <w:sz w:val="20"/>
          <w:szCs w:val="20"/>
        </w:rPr>
        <w:t xml:space="preserve"> 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ai sensi del D.P.R. 445/2000</w:t>
      </w:r>
    </w:p>
    <w:p w14:paraId="41F1CF0D" w14:textId="77777777" w:rsidR="00CE20CF" w:rsidRPr="00C8453C" w:rsidRDefault="00CE20CF" w:rsidP="00CE20CF">
      <w:pPr>
        <w:spacing w:before="100" w:beforeAutospacing="1" w:after="100" w:afterAutospacing="1" w:line="240" w:lineRule="auto"/>
        <w:jc w:val="center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MANIFESTA IL PROPRIO INTERESSE</w:t>
      </w:r>
    </w:p>
    <w:p w14:paraId="74A100D5" w14:textId="545B4F89" w:rsidR="00CE20CF" w:rsidRPr="00346DC4" w:rsidRDefault="00CE20CF" w:rsidP="00CE20CF">
      <w:pPr>
        <w:spacing w:before="100" w:beforeAutospacing="1" w:after="100" w:afterAutospacing="1" w:line="240" w:lineRule="auto"/>
        <w:jc w:val="center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a essere inserito/a nella short list del progetto “</w:t>
      </w:r>
      <w:r w:rsidR="00C23613" w:rsidRPr="00C23613">
        <w:rPr>
          <w:rFonts w:ascii="Arial Nova" w:eastAsia="Times New Roman" w:hAnsi="Arial Nova" w:cs="Arial"/>
          <w:sz w:val="20"/>
          <w:szCs w:val="20"/>
          <w:lang w:eastAsia="it-IT"/>
        </w:rPr>
        <w:t>F.A.R.O. – Food, Agricoltura, Radici, Opportunità</w:t>
      </w:r>
      <w:r w:rsidRPr="00C8453C">
        <w:rPr>
          <w:rFonts w:ascii="Arial Nova" w:eastAsia="Times New Roman" w:hAnsi="Arial Nova" w:cs="Arial"/>
          <w:sz w:val="20"/>
          <w:szCs w:val="20"/>
          <w:lang w:eastAsia="it-IT"/>
        </w:rPr>
        <w:t>”, selezionando la seguente sezione:</w:t>
      </w:r>
    </w:p>
    <w:p w14:paraId="5FA9E6C9" w14:textId="430DDAFE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SEZIONE A – PERSONE FISICHE</w:t>
      </w:r>
      <w:r w:rsidR="00EE4828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/LAVORATORI AUTONOMI</w:t>
      </w:r>
    </w:p>
    <w:p w14:paraId="14078D28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Segoe UI Symbol" w:eastAsia="Times New Roman" w:hAnsi="Segoe UI Symbol" w:cs="Segoe UI Symbol"/>
          <w:b/>
          <w:bCs/>
          <w:sz w:val="20"/>
          <w:szCs w:val="20"/>
          <w:lang w:eastAsia="it-IT"/>
        </w:rPr>
        <w:t>☐</w:t>
      </w: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 Esperti, professionisti, docenti, artigiani e collaboratori</w:t>
      </w:r>
    </w:p>
    <w:p w14:paraId="00BEECBC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Ambiti per cui si presenta candidatura (selezionare uno o più ambiti):</w:t>
      </w:r>
    </w:p>
    <w:p w14:paraId="378C9A6D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Orientamento, accompagnamento e inserimento lavorativo</w:t>
      </w:r>
    </w:p>
    <w:p w14:paraId="280D0EEF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Coordinamento, direzione, tutoraggio e supporto operativo</w:t>
      </w:r>
    </w:p>
    <w:p w14:paraId="1802A2C5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Direzione artistica, creativa e produzione</w:t>
      </w:r>
    </w:p>
    <w:p w14:paraId="382B1F08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Amministrazione, segreteria, monitoraggio e rendicontazione</w:t>
      </w:r>
    </w:p>
    <w:p w14:paraId="695249F9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Consulenza e supporto specialistico</w:t>
      </w:r>
    </w:p>
    <w:p w14:paraId="14ECCE05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Formazione e attività laboratoriali indicare il settore/laboratorio________________________</w:t>
      </w:r>
    </w:p>
    <w:p w14:paraId="5BA85342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Altro ambito coerente (specificare): _______________________________________________</w:t>
      </w:r>
    </w:p>
    <w:p w14:paraId="638EE2B7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Profilo/ruolo per cui ci si candida: ________________________________________________</w:t>
      </w:r>
    </w:p>
    <w:p w14:paraId="7B9C7B37" w14:textId="77777777" w:rsidR="00CE20CF" w:rsidRPr="00346DC4" w:rsidRDefault="00CE20CF" w:rsidP="00CE20CF">
      <w:pPr>
        <w:pStyle w:val="Paragrafoelenco"/>
        <w:numPr>
          <w:ilvl w:val="0"/>
          <w:numId w:val="15"/>
        </w:numPr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Titoli di studio, qualifiche o abilitazioni pertinenti </w:t>
      </w: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____________________________________</w:t>
      </w:r>
    </w:p>
    <w:p w14:paraId="3D2FED09" w14:textId="77777777" w:rsidR="00CE20CF" w:rsidRPr="00346DC4" w:rsidRDefault="00CE20CF" w:rsidP="00CE20CF">
      <w:pPr>
        <w:pStyle w:val="Paragrafoelenco"/>
        <w:spacing w:after="0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</w:p>
    <w:p w14:paraId="72A53614" w14:textId="521C19D0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SEZIONE B – </w:t>
      </w:r>
      <w:r w:rsidR="00EE4828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OPERATORI ECONOMICI</w:t>
      </w:r>
    </w:p>
    <w:p w14:paraId="471885DE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 Manifestazione di interesse per servizi e/o forniture</w:t>
      </w:r>
    </w:p>
    <w:p w14:paraId="12D45F02" w14:textId="77777777" w:rsidR="00CE20CF" w:rsidRPr="00346DC4" w:rsidRDefault="00CE20CF" w:rsidP="00CE20CF">
      <w:pPr>
        <w:spacing w:after="0" w:line="240" w:lineRule="auto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Ambiti di servizi/forniture (selezionare uno o più ambiti):</w:t>
      </w:r>
    </w:p>
    <w:p w14:paraId="784D7C88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lastRenderedPageBreak/>
        <w:t>Arredi, attrezzature e materiali</w:t>
      </w:r>
    </w:p>
    <w:p w14:paraId="4FAF5F12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Dotazioni informatiche, dispositivi e software</w:t>
      </w:r>
    </w:p>
    <w:p w14:paraId="15DF2483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Materiali di consumo, materie prime e kit didattici</w:t>
      </w:r>
    </w:p>
    <w:p w14:paraId="2C886971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Servizi informatici, piattaforme digitali, siti web ed e-commerce</w:t>
      </w:r>
    </w:p>
    <w:p w14:paraId="0841E234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Comunicazione, grafica, branding, fotografia, video e stampa</w:t>
      </w:r>
    </w:p>
    <w:p w14:paraId="628FA9AC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Noleggio attrezzature, allestimenti e supporto tecnico</w:t>
      </w:r>
    </w:p>
    <w:p w14:paraId="3C6D21F2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Organizzazione eventi, workshop, visite e supporto logistico</w:t>
      </w:r>
    </w:p>
    <w:p w14:paraId="41BC216C" w14:textId="77777777" w:rsidR="00CE20CF" w:rsidRPr="00346DC4" w:rsidRDefault="00CE20CF" w:rsidP="00CE20CF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i/>
          <w:i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i/>
          <w:iCs/>
          <w:sz w:val="20"/>
          <w:szCs w:val="20"/>
          <w:lang w:eastAsia="it-IT"/>
        </w:rPr>
        <w:t>Altri servizi o forniture (specificare): _________________________________________</w:t>
      </w:r>
    </w:p>
    <w:p w14:paraId="695B0446" w14:textId="77777777" w:rsidR="00CE20CF" w:rsidRPr="00346DC4" w:rsidRDefault="00CE20CF" w:rsidP="00CE20CF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A tal fine Il/La sottoscritto/a, consapevole delle responsabilità penali previste dall’art. 76 del D.P.R. 445/2000 in caso di dichiarazioni mendaci e della decadenza dai benefici eventualmente conseguiti sulla base di dichiarazioni non veritiere, ai sensi dell’art. 75 del medesimo decreto,</w:t>
      </w:r>
    </w:p>
    <w:p w14:paraId="63BFDBAD" w14:textId="77777777" w:rsidR="00CE20CF" w:rsidRPr="00346DC4" w:rsidRDefault="00CE20CF" w:rsidP="00801F56">
      <w:pPr>
        <w:spacing w:before="100" w:beforeAutospacing="1" w:after="100" w:afterAutospacing="1" w:line="240" w:lineRule="auto"/>
        <w:jc w:val="center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DICHIARA</w:t>
      </w:r>
    </w:p>
    <w:p w14:paraId="525B6B6A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di aver letto e accettato le disposizioni dell’Avviso pubblico e di essere consapevole che la candidatura non comporta alcun diritto al conferimento di incarichi o all’affidamento di servizi e forniture;</w:t>
      </w:r>
    </w:p>
    <w:p w14:paraId="1834AD1C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che tutte le informazioni riportate nella domanda e negli allegati corrispondono al vero;</w:t>
      </w:r>
    </w:p>
    <w:p w14:paraId="37E1B85B" w14:textId="3F529103" w:rsidR="00CE20CF" w:rsidRPr="00EE4828" w:rsidRDefault="00CE20CF" w:rsidP="00EE4828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EE4828">
        <w:rPr>
          <w:rFonts w:ascii="Arial Nova" w:eastAsia="Times New Roman" w:hAnsi="Arial Nova" w:cs="Arial"/>
          <w:sz w:val="20"/>
          <w:szCs w:val="20"/>
          <w:lang w:eastAsia="it-IT"/>
        </w:rPr>
        <w:t>che non sussistono rapporti di</w:t>
      </w:r>
      <w:r w:rsidR="00EE4828" w:rsidRPr="00EE4828">
        <w:rPr>
          <w:rFonts w:ascii="Arial Nova" w:eastAsia="Times New Roman" w:hAnsi="Arial Nova" w:cs="Arial"/>
          <w:sz w:val="20"/>
          <w:szCs w:val="20"/>
          <w:lang w:eastAsia="it-IT"/>
        </w:rPr>
        <w:t xml:space="preserve"> coniugio</w:t>
      </w:r>
      <w:r w:rsidRPr="00EE4828">
        <w:rPr>
          <w:rFonts w:ascii="Arial Nova" w:eastAsia="Times New Roman" w:hAnsi="Arial Nova" w:cs="Arial"/>
          <w:sz w:val="20"/>
          <w:szCs w:val="20"/>
          <w:lang w:eastAsia="it-IT"/>
        </w:rPr>
        <w:t xml:space="preserve">, convivenza, parentela o affinità entro il secondo grado con l’amministratore o legale rappresentante di </w:t>
      </w:r>
      <w:r w:rsidR="00C23613">
        <w:rPr>
          <w:rFonts w:ascii="Arial Nova" w:eastAsia="Times New Roman" w:hAnsi="Arial Nova" w:cs="Arial"/>
          <w:sz w:val="20"/>
          <w:szCs w:val="20"/>
          <w:lang w:eastAsia="it-IT"/>
        </w:rPr>
        <w:t>SANNIOIRPINIA LAB APS</w:t>
      </w:r>
      <w:r w:rsidRPr="008C7B38">
        <w:rPr>
          <w:rFonts w:ascii="Arial Nova" w:eastAsia="Times New Roman" w:hAnsi="Arial Nova" w:cs="Arial"/>
          <w:sz w:val="20"/>
          <w:szCs w:val="20"/>
          <w:lang w:eastAsia="it-IT"/>
        </w:rPr>
        <w:t>, soggetto capofila, né con gli amministratori o legali rappresentanti degli altri soggetti componenti l’ATS</w:t>
      </w:r>
      <w:r w:rsidR="008C7B38">
        <w:rPr>
          <w:rFonts w:ascii="Arial Nova" w:eastAsia="Times New Roman" w:hAnsi="Arial Nova" w:cs="Arial"/>
          <w:sz w:val="20"/>
          <w:szCs w:val="20"/>
          <w:lang w:eastAsia="it-IT"/>
        </w:rPr>
        <w:t>.</w:t>
      </w:r>
    </w:p>
    <w:p w14:paraId="696A42D6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per la Sezione A, che i titoli, le competenze e le esperienze dichiarati nel curriculum vitae e nella documentazione allegata sono veritieri;</w:t>
      </w:r>
    </w:p>
    <w:p w14:paraId="2C930C65" w14:textId="77777777" w:rsidR="00CE20CF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per la Sezione B, che i dati identificativi dell’operatore economico, l’attività esercitata e le informazioni relative ai beni e servizi offerti sono veritieri;</w:t>
      </w:r>
    </w:p>
    <w:p w14:paraId="008D117F" w14:textId="70205CAA" w:rsidR="00D52704" w:rsidRPr="00346DC4" w:rsidRDefault="00D52704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>
        <w:rPr>
          <w:rFonts w:ascii="Arial Nova" w:eastAsia="Times New Roman" w:hAnsi="Arial Nova" w:cs="Arial"/>
          <w:sz w:val="20"/>
          <w:szCs w:val="20"/>
          <w:lang w:eastAsia="it-IT"/>
        </w:rPr>
        <w:t>l’inesistenza</w:t>
      </w:r>
      <w:r w:rsidR="00E65BA1">
        <w:rPr>
          <w:rFonts w:ascii="Arial Nova" w:eastAsia="Times New Roman" w:hAnsi="Arial Nova" w:cs="Arial"/>
          <w:sz w:val="20"/>
          <w:szCs w:val="20"/>
          <w:lang w:eastAsia="it-IT"/>
        </w:rPr>
        <w:t xml:space="preserve"> di conflitto di interesse;</w:t>
      </w:r>
    </w:p>
    <w:p w14:paraId="204F53D0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qualora ricorra una situazione rilevante, di impegnarsi a segnalarla tempestivamente e a non procedere ad affidamenti o spese senza l’eventuale preventiva autorizzazione scritta dell’Amministrazione procedente;</w:t>
      </w:r>
    </w:p>
    <w:p w14:paraId="1E4F133A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di essere in possesso dei requisiti e delle eventuali autorizzazioni/abilitazioni richiesti per le attività dichiarate, ove applicabili;</w:t>
      </w:r>
    </w:p>
    <w:p w14:paraId="5AA1688B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di impegnarsi a comunicare tempestivamente eventuali variazioni delle informazioni e dei requisiti dichiarati;</w:t>
      </w:r>
    </w:p>
    <w:p w14:paraId="7D34797B" w14:textId="03F4216E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 xml:space="preserve">di essere consapevole che </w:t>
      </w:r>
      <w:r w:rsidR="00C23613" w:rsidRPr="00C23613">
        <w:rPr>
          <w:rFonts w:ascii="Arial Nova" w:eastAsia="Times New Roman" w:hAnsi="Arial Nova" w:cs="Arial"/>
          <w:sz w:val="20"/>
          <w:szCs w:val="20"/>
          <w:lang w:eastAsia="it-IT"/>
        </w:rPr>
        <w:t xml:space="preserve">SANNIOIRPINIA LAB APS </w:t>
      </w: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potrà effettuare verifiche sulla veridicità delle dichiarazioni e richiedere documentazione integrativa;</w:t>
      </w:r>
    </w:p>
    <w:p w14:paraId="61254D7B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Arial"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sz w:val="20"/>
          <w:szCs w:val="20"/>
          <w:lang w:eastAsia="it-IT"/>
        </w:rPr>
        <w:t>di aver preso visione dell’informativa sul trattamento dei dati personali allegata all’Avviso.</w:t>
      </w:r>
    </w:p>
    <w:p w14:paraId="6F1A53CD" w14:textId="77777777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ELENCO DEGLI ALLEGATI</w:t>
      </w:r>
    </w:p>
    <w:p w14:paraId="600DE3CB" w14:textId="22B6E6C8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Per la Sezione A – persone fisiche</w:t>
      </w:r>
      <w:r w:rsidR="00BA0CDE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/lavoratori autonomi</w:t>
      </w:r>
    </w:p>
    <w:p w14:paraId="0FE8DA8F" w14:textId="47D0571D" w:rsidR="00CE20CF" w:rsidRPr="00346DC4" w:rsidRDefault="00BA0CDE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CV</w:t>
      </w:r>
      <w:r w:rsidR="00CE20CF"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 aggiornato e sottoscritto</w:t>
      </w:r>
    </w:p>
    <w:p w14:paraId="7315646E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Documento di identità in corso di validità, ove necessario</w:t>
      </w:r>
    </w:p>
    <w:p w14:paraId="16BAD0EA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Attestati, qualifiche, certificazioni o portfolio (se pertinenti)</w:t>
      </w:r>
    </w:p>
    <w:p w14:paraId="159D6CBE" w14:textId="77777777" w:rsidR="00046610" w:rsidRPr="00046610" w:rsidRDefault="00046610" w:rsidP="00046610">
      <w:pPr>
        <w:pStyle w:val="Paragrafoelenco"/>
        <w:numPr>
          <w:ilvl w:val="0"/>
          <w:numId w:val="18"/>
        </w:numPr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046610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Certificato attribuzione P.IVA</w:t>
      </w:r>
      <w:r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, ove previsto</w:t>
      </w:r>
    </w:p>
    <w:p w14:paraId="45732E83" w14:textId="12A9A89A" w:rsidR="00046610" w:rsidRPr="00046610" w:rsidRDefault="00CE20CF" w:rsidP="00046610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Ulteriore documentazione: _________________________________________________</w:t>
      </w:r>
    </w:p>
    <w:p w14:paraId="0A4A02A2" w14:textId="12199C25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Per la Sezione B – </w:t>
      </w:r>
      <w:r w:rsidR="00BA0CDE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O</w:t>
      </w: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peratori economici:</w:t>
      </w:r>
    </w:p>
    <w:p w14:paraId="5453A856" w14:textId="7B87EF42" w:rsidR="00CE20CF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lastRenderedPageBreak/>
        <w:t xml:space="preserve">Visura camerale aggiornata, </w:t>
      </w:r>
    </w:p>
    <w:p w14:paraId="286DE0E2" w14:textId="7384F7B2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Presentazione aziendale</w:t>
      </w:r>
      <w:r w:rsidR="003C6F20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/link a sito</w:t>
      </w:r>
      <w:r w:rsidR="000D76BC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 xml:space="preserve"> web </w:t>
      </w:r>
    </w:p>
    <w:p w14:paraId="1D2FCBBD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Documento di identità del firmatario, ove necessario</w:t>
      </w:r>
    </w:p>
    <w:p w14:paraId="4DA7D099" w14:textId="77777777" w:rsidR="00CE20CF" w:rsidRPr="00346DC4" w:rsidRDefault="00CE20CF" w:rsidP="00CE20CF">
      <w:pPr>
        <w:pStyle w:val="Paragrafoelenco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Ulteriore documentazione: _________________________________________________</w:t>
      </w:r>
    </w:p>
    <w:p w14:paraId="39FA6D9A" w14:textId="77777777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Luogo e data __________________________________</w:t>
      </w:r>
    </w:p>
    <w:p w14:paraId="574B75A0" w14:textId="77777777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</w:p>
    <w:p w14:paraId="04EC5C50" w14:textId="77777777" w:rsidR="00CE20CF" w:rsidRPr="00346DC4" w:rsidRDefault="00CE20CF" w:rsidP="00CE20CF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Firma del/della candidato/a o del legale rappresentante</w:t>
      </w:r>
    </w:p>
    <w:p w14:paraId="1E4AA4C3" w14:textId="7341EDC7" w:rsidR="00CE20CF" w:rsidRPr="00B82B15" w:rsidRDefault="00CE20CF" w:rsidP="00B82B15">
      <w:pPr>
        <w:spacing w:before="100" w:beforeAutospacing="1" w:after="100" w:afterAutospacing="1" w:line="240" w:lineRule="auto"/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</w:pPr>
      <w:r w:rsidRPr="00346DC4">
        <w:rPr>
          <w:rFonts w:ascii="Arial Nova" w:eastAsia="Times New Roman" w:hAnsi="Arial Nova" w:cs="Arial"/>
          <w:b/>
          <w:bCs/>
          <w:sz w:val="20"/>
          <w:szCs w:val="20"/>
          <w:lang w:eastAsia="it-IT"/>
        </w:rPr>
        <w:t>________________________________________________</w:t>
      </w:r>
    </w:p>
    <w:sectPr w:rsidR="00CE20CF" w:rsidRPr="00B82B1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9313E" w14:textId="77777777" w:rsidR="0007577B" w:rsidRDefault="0007577B">
      <w:pPr>
        <w:spacing w:after="0" w:line="240" w:lineRule="auto"/>
      </w:pPr>
      <w:r>
        <w:separator/>
      </w:r>
    </w:p>
  </w:endnote>
  <w:endnote w:type="continuationSeparator" w:id="0">
    <w:p w14:paraId="66484E83" w14:textId="77777777" w:rsidR="0007577B" w:rsidRDefault="00075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F64A9" w14:textId="77777777" w:rsidR="0080133C" w:rsidRDefault="008013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0C6C6" w14:textId="20728AD0" w:rsidR="0014080A" w:rsidRDefault="0080133C">
    <w:pPr>
      <w:pStyle w:val="Pidipagina"/>
      <w:jc w:val="center"/>
    </w:pPr>
    <w:r>
      <w:rPr>
        <w:noProof/>
      </w:rPr>
      <w:drawing>
        <wp:inline distT="0" distB="0" distL="0" distR="0" wp14:anchorId="2E7C416B" wp14:editId="7AC2DBAE">
          <wp:extent cx="4763135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313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28641" w14:textId="77777777" w:rsidR="0080133C" w:rsidRDefault="008013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775C3" w14:textId="77777777" w:rsidR="0007577B" w:rsidRDefault="0007577B">
      <w:pPr>
        <w:spacing w:after="0" w:line="240" w:lineRule="auto"/>
      </w:pPr>
      <w:r>
        <w:separator/>
      </w:r>
    </w:p>
  </w:footnote>
  <w:footnote w:type="continuationSeparator" w:id="0">
    <w:p w14:paraId="6DBE8B29" w14:textId="77777777" w:rsidR="0007577B" w:rsidRDefault="00075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C9B20" w14:textId="77777777" w:rsidR="0080133C" w:rsidRDefault="008013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3C32" w14:textId="3488E225" w:rsidR="0080133C" w:rsidRDefault="0080133C" w:rsidP="0080133C">
    <w:pPr>
      <w:pStyle w:val="Intestazione"/>
      <w:jc w:val="center"/>
    </w:pPr>
    <w:r w:rsidRPr="0080133C">
      <w:rPr>
        <w:noProof/>
      </w:rPr>
      <w:drawing>
        <wp:inline distT="0" distB="0" distL="0" distR="0" wp14:anchorId="02587206" wp14:editId="161AF5B9">
          <wp:extent cx="4667901" cy="724001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67901" cy="724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58D35" w14:textId="77777777" w:rsidR="0080133C" w:rsidRDefault="008013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1625E2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B83EC1"/>
    <w:multiLevelType w:val="hybridMultilevel"/>
    <w:tmpl w:val="58D0BF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7795F"/>
    <w:multiLevelType w:val="hybridMultilevel"/>
    <w:tmpl w:val="790C62BE"/>
    <w:lvl w:ilvl="0" w:tplc="08D8985C">
      <w:start w:val="5"/>
      <w:numFmt w:val="bullet"/>
      <w:lvlText w:val="-"/>
      <w:lvlJc w:val="left"/>
      <w:pPr>
        <w:ind w:left="720" w:hanging="360"/>
      </w:pPr>
      <w:rPr>
        <w:rFonts w:ascii="Arial Nova" w:eastAsia="Times New Roman" w:hAnsi="Arial Nov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263223"/>
    <w:multiLevelType w:val="hybridMultilevel"/>
    <w:tmpl w:val="EBDE35F0"/>
    <w:lvl w:ilvl="0" w:tplc="B91603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A418C"/>
    <w:multiLevelType w:val="multilevel"/>
    <w:tmpl w:val="9A18F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C465C1"/>
    <w:multiLevelType w:val="hybridMultilevel"/>
    <w:tmpl w:val="F876656C"/>
    <w:lvl w:ilvl="0" w:tplc="B91603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42B63"/>
    <w:multiLevelType w:val="hybridMultilevel"/>
    <w:tmpl w:val="7F928E6A"/>
    <w:lvl w:ilvl="0" w:tplc="B91603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11F0E"/>
    <w:multiLevelType w:val="hybridMultilevel"/>
    <w:tmpl w:val="1C0EBF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E4F6C"/>
    <w:multiLevelType w:val="hybridMultilevel"/>
    <w:tmpl w:val="8CF29C84"/>
    <w:lvl w:ilvl="0" w:tplc="73DE92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5795F"/>
    <w:multiLevelType w:val="multilevel"/>
    <w:tmpl w:val="1E12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70276C"/>
    <w:multiLevelType w:val="hybridMultilevel"/>
    <w:tmpl w:val="22B6FEF0"/>
    <w:lvl w:ilvl="0" w:tplc="75408678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712088"/>
    <w:multiLevelType w:val="multilevel"/>
    <w:tmpl w:val="62F26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F436DB"/>
    <w:multiLevelType w:val="hybridMultilevel"/>
    <w:tmpl w:val="4E70A646"/>
    <w:lvl w:ilvl="0" w:tplc="B91603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484B8B"/>
    <w:multiLevelType w:val="hybridMultilevel"/>
    <w:tmpl w:val="A1E42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760CE3"/>
    <w:multiLevelType w:val="hybridMultilevel"/>
    <w:tmpl w:val="F37433CA"/>
    <w:lvl w:ilvl="0" w:tplc="B9D83E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8605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BD6411"/>
    <w:multiLevelType w:val="multilevel"/>
    <w:tmpl w:val="5588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8962289">
    <w:abstractNumId w:val="8"/>
  </w:num>
  <w:num w:numId="2" w16cid:durableId="2031756167">
    <w:abstractNumId w:val="6"/>
  </w:num>
  <w:num w:numId="3" w16cid:durableId="68887431">
    <w:abstractNumId w:val="5"/>
  </w:num>
  <w:num w:numId="4" w16cid:durableId="1481457201">
    <w:abstractNumId w:val="4"/>
  </w:num>
  <w:num w:numId="5" w16cid:durableId="2002350397">
    <w:abstractNumId w:val="7"/>
  </w:num>
  <w:num w:numId="6" w16cid:durableId="1946107712">
    <w:abstractNumId w:val="3"/>
  </w:num>
  <w:num w:numId="7" w16cid:durableId="763382200">
    <w:abstractNumId w:val="2"/>
  </w:num>
  <w:num w:numId="8" w16cid:durableId="1070693045">
    <w:abstractNumId w:val="1"/>
  </w:num>
  <w:num w:numId="9" w16cid:durableId="224924059">
    <w:abstractNumId w:val="0"/>
  </w:num>
  <w:num w:numId="10" w16cid:durableId="526409673">
    <w:abstractNumId w:val="17"/>
  </w:num>
  <w:num w:numId="11" w16cid:durableId="72051650">
    <w:abstractNumId w:val="18"/>
  </w:num>
  <w:num w:numId="12" w16cid:durableId="925069946">
    <w:abstractNumId w:val="23"/>
  </w:num>
  <w:num w:numId="13" w16cid:durableId="722024849">
    <w:abstractNumId w:val="19"/>
  </w:num>
  <w:num w:numId="14" w16cid:durableId="427118106">
    <w:abstractNumId w:val="12"/>
  </w:num>
  <w:num w:numId="15" w16cid:durableId="740638293">
    <w:abstractNumId w:val="9"/>
  </w:num>
  <w:num w:numId="16" w16cid:durableId="888346744">
    <w:abstractNumId w:val="15"/>
  </w:num>
  <w:num w:numId="17" w16cid:durableId="789980361">
    <w:abstractNumId w:val="16"/>
  </w:num>
  <w:num w:numId="18" w16cid:durableId="133917216">
    <w:abstractNumId w:val="11"/>
  </w:num>
  <w:num w:numId="19" w16cid:durableId="1813323698">
    <w:abstractNumId w:val="13"/>
  </w:num>
  <w:num w:numId="20" w16cid:durableId="618873964">
    <w:abstractNumId w:val="22"/>
  </w:num>
  <w:num w:numId="21" w16cid:durableId="540365156">
    <w:abstractNumId w:val="20"/>
  </w:num>
  <w:num w:numId="22" w16cid:durableId="685445849">
    <w:abstractNumId w:val="14"/>
  </w:num>
  <w:num w:numId="23" w16cid:durableId="2131626030">
    <w:abstractNumId w:val="21"/>
  </w:num>
  <w:num w:numId="24" w16cid:durableId="1627930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96"/>
    <w:rsid w:val="00034616"/>
    <w:rsid w:val="00046610"/>
    <w:rsid w:val="0006063C"/>
    <w:rsid w:val="00061426"/>
    <w:rsid w:val="00065A67"/>
    <w:rsid w:val="0007577B"/>
    <w:rsid w:val="000827C3"/>
    <w:rsid w:val="000B0E21"/>
    <w:rsid w:val="000C694A"/>
    <w:rsid w:val="000D480A"/>
    <w:rsid w:val="000D76BC"/>
    <w:rsid w:val="00114684"/>
    <w:rsid w:val="00121B4B"/>
    <w:rsid w:val="0014080A"/>
    <w:rsid w:val="0015074B"/>
    <w:rsid w:val="001964B0"/>
    <w:rsid w:val="001B5F03"/>
    <w:rsid w:val="001B7E7C"/>
    <w:rsid w:val="001C216B"/>
    <w:rsid w:val="001E2B03"/>
    <w:rsid w:val="001E6363"/>
    <w:rsid w:val="001F18A3"/>
    <w:rsid w:val="00203F41"/>
    <w:rsid w:val="00225FDD"/>
    <w:rsid w:val="00235B7E"/>
    <w:rsid w:val="002512C2"/>
    <w:rsid w:val="00274C69"/>
    <w:rsid w:val="0029639D"/>
    <w:rsid w:val="002B79DC"/>
    <w:rsid w:val="002C0081"/>
    <w:rsid w:val="002D271D"/>
    <w:rsid w:val="002D6DCC"/>
    <w:rsid w:val="002E21E3"/>
    <w:rsid w:val="003149DC"/>
    <w:rsid w:val="00326F90"/>
    <w:rsid w:val="00346DC4"/>
    <w:rsid w:val="003726C0"/>
    <w:rsid w:val="0037730F"/>
    <w:rsid w:val="00381EE0"/>
    <w:rsid w:val="00391565"/>
    <w:rsid w:val="003A6662"/>
    <w:rsid w:val="003B2CC6"/>
    <w:rsid w:val="003B6E4F"/>
    <w:rsid w:val="003B75DC"/>
    <w:rsid w:val="003C3FDA"/>
    <w:rsid w:val="003C6AE9"/>
    <w:rsid w:val="003C6F20"/>
    <w:rsid w:val="003E2740"/>
    <w:rsid w:val="00402E36"/>
    <w:rsid w:val="004534BF"/>
    <w:rsid w:val="004638F5"/>
    <w:rsid w:val="0047527A"/>
    <w:rsid w:val="00477EC7"/>
    <w:rsid w:val="004B15B1"/>
    <w:rsid w:val="00501853"/>
    <w:rsid w:val="00511FC5"/>
    <w:rsid w:val="00521AA1"/>
    <w:rsid w:val="00523334"/>
    <w:rsid w:val="00527BAF"/>
    <w:rsid w:val="00550D06"/>
    <w:rsid w:val="00550F5F"/>
    <w:rsid w:val="005A728E"/>
    <w:rsid w:val="005D1DD5"/>
    <w:rsid w:val="005D36F4"/>
    <w:rsid w:val="005D70B8"/>
    <w:rsid w:val="00615B24"/>
    <w:rsid w:val="00664548"/>
    <w:rsid w:val="006740B5"/>
    <w:rsid w:val="006A1D62"/>
    <w:rsid w:val="00702036"/>
    <w:rsid w:val="00715767"/>
    <w:rsid w:val="00730B8B"/>
    <w:rsid w:val="007452D6"/>
    <w:rsid w:val="007503DF"/>
    <w:rsid w:val="00753F48"/>
    <w:rsid w:val="00762E67"/>
    <w:rsid w:val="00765C49"/>
    <w:rsid w:val="007815E5"/>
    <w:rsid w:val="00793081"/>
    <w:rsid w:val="007B1A59"/>
    <w:rsid w:val="007B65B3"/>
    <w:rsid w:val="007C17B7"/>
    <w:rsid w:val="007C4D5C"/>
    <w:rsid w:val="007D3A8F"/>
    <w:rsid w:val="007E1693"/>
    <w:rsid w:val="0080133C"/>
    <w:rsid w:val="00801F56"/>
    <w:rsid w:val="00826AA1"/>
    <w:rsid w:val="00835BE9"/>
    <w:rsid w:val="008571EE"/>
    <w:rsid w:val="00865B33"/>
    <w:rsid w:val="008818E9"/>
    <w:rsid w:val="00890A59"/>
    <w:rsid w:val="00891C69"/>
    <w:rsid w:val="008C7B38"/>
    <w:rsid w:val="008D536C"/>
    <w:rsid w:val="008D6DA1"/>
    <w:rsid w:val="008F48AD"/>
    <w:rsid w:val="009016C8"/>
    <w:rsid w:val="00923AA5"/>
    <w:rsid w:val="00971479"/>
    <w:rsid w:val="0099054B"/>
    <w:rsid w:val="009A7CF2"/>
    <w:rsid w:val="009C6165"/>
    <w:rsid w:val="009D3A61"/>
    <w:rsid w:val="009D44FD"/>
    <w:rsid w:val="009E5D03"/>
    <w:rsid w:val="00A0192C"/>
    <w:rsid w:val="00A03B2D"/>
    <w:rsid w:val="00A36ED8"/>
    <w:rsid w:val="00A65952"/>
    <w:rsid w:val="00A97D3D"/>
    <w:rsid w:val="00AA0203"/>
    <w:rsid w:val="00AA1D8D"/>
    <w:rsid w:val="00AA3096"/>
    <w:rsid w:val="00AC1726"/>
    <w:rsid w:val="00B23973"/>
    <w:rsid w:val="00B32628"/>
    <w:rsid w:val="00B47730"/>
    <w:rsid w:val="00B52C12"/>
    <w:rsid w:val="00B6258E"/>
    <w:rsid w:val="00B750A5"/>
    <w:rsid w:val="00B82B15"/>
    <w:rsid w:val="00BA0298"/>
    <w:rsid w:val="00BA0CDE"/>
    <w:rsid w:val="00BA244D"/>
    <w:rsid w:val="00BA56F6"/>
    <w:rsid w:val="00BA617E"/>
    <w:rsid w:val="00BE493F"/>
    <w:rsid w:val="00BF6203"/>
    <w:rsid w:val="00C23613"/>
    <w:rsid w:val="00C43013"/>
    <w:rsid w:val="00C607D2"/>
    <w:rsid w:val="00C8453C"/>
    <w:rsid w:val="00CB0664"/>
    <w:rsid w:val="00CC180B"/>
    <w:rsid w:val="00CD3C79"/>
    <w:rsid w:val="00CE20CF"/>
    <w:rsid w:val="00D06A32"/>
    <w:rsid w:val="00D46D4C"/>
    <w:rsid w:val="00D52704"/>
    <w:rsid w:val="00D61679"/>
    <w:rsid w:val="00D92467"/>
    <w:rsid w:val="00DA4FDD"/>
    <w:rsid w:val="00DA7D2D"/>
    <w:rsid w:val="00DB59E1"/>
    <w:rsid w:val="00DE4B13"/>
    <w:rsid w:val="00DF08BF"/>
    <w:rsid w:val="00E15331"/>
    <w:rsid w:val="00E43A20"/>
    <w:rsid w:val="00E65BA1"/>
    <w:rsid w:val="00E910FB"/>
    <w:rsid w:val="00EB63C8"/>
    <w:rsid w:val="00EC267C"/>
    <w:rsid w:val="00EE4828"/>
    <w:rsid w:val="00EF613C"/>
    <w:rsid w:val="00F144BE"/>
    <w:rsid w:val="00F16C2F"/>
    <w:rsid w:val="00F33AB4"/>
    <w:rsid w:val="00F37BFB"/>
    <w:rsid w:val="00F52AAF"/>
    <w:rsid w:val="00F53D14"/>
    <w:rsid w:val="00F72A4A"/>
    <w:rsid w:val="00F83964"/>
    <w:rsid w:val="00FC693F"/>
    <w:rsid w:val="00FF755A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E8C3AD6"/>
  <w14:defaultImageDpi w14:val="300"/>
  <w15:docId w15:val="{FCC64B72-DE07-4295-8232-F60DB2AC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sz w:val="19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8605A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8605A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8605A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7D3A8F"/>
    <w:rPr>
      <w:rFonts w:ascii="Times New Roman" w:hAnsi="Times New Roman" w:cs="Times New Roman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CE20C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E20C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E20CF"/>
    <w:rPr>
      <w:rFonts w:ascii="Arial" w:hAnsi="Arial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20C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20CF"/>
    <w:rPr>
      <w:rFonts w:ascii="Arial" w:hAnsi="Arial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C616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6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</cp:lastModifiedBy>
  <cp:revision>11</cp:revision>
  <dcterms:created xsi:type="dcterms:W3CDTF">2026-10-26T09:45:00Z</dcterms:created>
  <dcterms:modified xsi:type="dcterms:W3CDTF">2026-10-29T11:37:00Z</dcterms:modified>
  <cp:category/>
</cp:coreProperties>
</file>