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3A904" w14:textId="77777777" w:rsidR="003B75DC" w:rsidRDefault="003B75DC" w:rsidP="00AC645F">
      <w:pPr>
        <w:pStyle w:val="Titolo2"/>
        <w:spacing w:before="0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</w:p>
    <w:p w14:paraId="78630674" w14:textId="77777777" w:rsidR="003B75DC" w:rsidRDefault="003B75DC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</w:p>
    <w:p w14:paraId="04865AC0" w14:textId="6AD7EB19" w:rsidR="00CE20CF" w:rsidRPr="00801F56" w:rsidRDefault="00CE20CF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PROGRAMMA NAZIONALE METRO PLUS E CITTÀ MEDIE SUD 2021–2027</w:t>
      </w:r>
    </w:p>
    <w:p w14:paraId="31541ECA" w14:textId="77777777" w:rsidR="00CE20CF" w:rsidRPr="00801F56" w:rsidRDefault="00CE20CF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Fondo FSE+ – Priorità 5 “Servizi per l’inclusione e l’innovazione sociale”</w:t>
      </w:r>
    </w:p>
    <w:p w14:paraId="032DF737" w14:textId="77777777" w:rsidR="00CE20CF" w:rsidRPr="00801F56" w:rsidRDefault="00CE20CF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Azione 5.4.8.1 – Operazione BEN5.4.8.</w:t>
      </w:r>
      <w:proofErr w:type="gramStart"/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1.a</w:t>
      </w:r>
      <w:proofErr w:type="gramEnd"/>
    </w:p>
    <w:p w14:paraId="1571A591" w14:textId="77777777" w:rsidR="00CE20CF" w:rsidRPr="00801F56" w:rsidRDefault="00CE20CF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COINLAB – Costruire Opportunità Innovative per il Lavoro a Benevento</w:t>
      </w:r>
    </w:p>
    <w:p w14:paraId="6B645ECC" w14:textId="1387B9B2" w:rsidR="00CE20CF" w:rsidRPr="00801F56" w:rsidRDefault="00CE20CF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CUP J89I25000410006</w:t>
      </w:r>
    </w:p>
    <w:p w14:paraId="0495A788" w14:textId="77777777" w:rsidR="00CE20CF" w:rsidRPr="00801F56" w:rsidRDefault="00CE20CF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AVVISO PUBBLICO</w:t>
      </w:r>
    </w:p>
    <w:p w14:paraId="7E06C6E6" w14:textId="77777777" w:rsidR="009C6165" w:rsidRDefault="00CE20CF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PER LA COSTITUZIONE DI UNA SHORT LIST DI ESPERTI ESTERNI</w:t>
      </w:r>
      <w:r w:rsidR="009C6165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 xml:space="preserve"> ED </w:t>
      </w: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 xml:space="preserve">OPERATORI ECONOMICI </w:t>
      </w:r>
    </w:p>
    <w:p w14:paraId="7C48C3C6" w14:textId="3149F9F4" w:rsidR="00CE20CF" w:rsidRPr="00801F56" w:rsidRDefault="00CE20CF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E DITTE FORNITRICI DI BENI E SERVIZI</w:t>
      </w:r>
    </w:p>
    <w:p w14:paraId="0E8B8C0D" w14:textId="510F8A0A" w:rsidR="00CE20CF" w:rsidRPr="00801F56" w:rsidRDefault="00DB59E1" w:rsidP="00121B4B">
      <w:pPr>
        <w:pStyle w:val="Titolo2"/>
        <w:spacing w:before="0"/>
        <w:jc w:val="center"/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</w:pP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 xml:space="preserve">Linea </w:t>
      </w:r>
      <w:r w:rsidR="00D92467"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2 “</w:t>
      </w:r>
      <w:r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Mestieri Tradizionali” - Intervento</w:t>
      </w:r>
      <w:r w:rsidR="00CE20CF"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 xml:space="preserve"> “</w:t>
      </w:r>
      <w:r w:rsidR="00CE20CF" w:rsidRPr="00801F56">
        <w:rPr>
          <w:rFonts w:ascii="Arial Nova" w:eastAsia="Times New Roman" w:hAnsi="Arial Nova" w:cs="Arial"/>
          <w:i/>
          <w:iCs/>
          <w:color w:val="000000" w:themeColor="text1"/>
          <w:sz w:val="22"/>
          <w:szCs w:val="22"/>
          <w:lang w:eastAsia="it-IT"/>
        </w:rPr>
        <w:t>SPAZIO BO.AR.D – Botteghe Artigiane Diffuse</w:t>
      </w:r>
      <w:r w:rsidR="00CE20CF" w:rsidRPr="00801F56">
        <w:rPr>
          <w:rFonts w:ascii="Arial Nova" w:eastAsia="Times New Roman" w:hAnsi="Arial Nova" w:cs="Arial"/>
          <w:color w:val="000000" w:themeColor="text1"/>
          <w:sz w:val="22"/>
          <w:szCs w:val="22"/>
          <w:lang w:eastAsia="it-IT"/>
        </w:rPr>
        <w:t>”</w:t>
      </w:r>
    </w:p>
    <w:p w14:paraId="2342B40A" w14:textId="177FF866" w:rsidR="00CE20CF" w:rsidRPr="006D007D" w:rsidRDefault="00CE20CF" w:rsidP="006D007D">
      <w:pPr>
        <w:tabs>
          <w:tab w:val="left" w:pos="735"/>
        </w:tabs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1E2B03">
        <w:rPr>
          <w:rFonts w:ascii="Arial Nova" w:eastAsia="Times New Roman" w:hAnsi="Arial Nova" w:cs="Arial"/>
          <w:b/>
          <w:bCs/>
          <w:sz w:val="22"/>
          <w:lang w:eastAsia="it-IT"/>
        </w:rPr>
        <w:t>ALLEGATO A – MODELLO DI MANIFESTAZIONE DI INTERESSE</w:t>
      </w:r>
      <w:r w:rsidRPr="001E2B03">
        <w:rPr>
          <w:rFonts w:ascii="Arial Nova" w:eastAsia="Times New Roman" w:hAnsi="Arial Nova" w:cs="Arial"/>
          <w:sz w:val="22"/>
          <w:lang w:eastAsia="it-IT"/>
        </w:rPr>
        <w:t xml:space="preserve"> - </w:t>
      </w:r>
      <w:r w:rsidRPr="001E2B03">
        <w:rPr>
          <w:rFonts w:ascii="Arial Nova" w:eastAsia="Times New Roman" w:hAnsi="Arial Nova" w:cs="Arial"/>
          <w:b/>
          <w:bCs/>
          <w:sz w:val="22"/>
          <w:lang w:eastAsia="it-IT"/>
        </w:rPr>
        <w:t>Short list – Progetto COINLAB | “SPAZIO BO.AR.D – Botteghe Artigiane Diffuse”</w:t>
      </w:r>
    </w:p>
    <w:p w14:paraId="5101B860" w14:textId="77777777" w:rsidR="00CE20CF" w:rsidRPr="00C8453C" w:rsidRDefault="00CE20CF" w:rsidP="00CE20CF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CUP J89I25000410006</w:t>
      </w:r>
    </w:p>
    <w:p w14:paraId="4A0B256C" w14:textId="3EF3B2CA" w:rsidR="00CE20CF" w:rsidRPr="00C8453C" w:rsidRDefault="00CE20CF" w:rsidP="00CE20CF">
      <w:pPr>
        <w:spacing w:before="100" w:beforeAutospacing="1" w:after="100" w:afterAutospacing="1" w:line="240" w:lineRule="auto"/>
        <w:jc w:val="right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</w:t>
      </w:r>
      <w:r w:rsidR="00A97D3D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l capofila dell’ATS</w:t>
      </w:r>
      <w:r w:rsidRPr="00C8453C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 xml:space="preserve"> PROJENIA SCS</w:t>
      </w:r>
    </w:p>
    <w:p w14:paraId="28A78550" w14:textId="77777777" w:rsidR="00CE20CF" w:rsidRPr="00C8453C" w:rsidRDefault="00CE20CF" w:rsidP="00CE20CF">
      <w:pPr>
        <w:spacing w:after="0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 xml:space="preserve">Il/La sottoscritto/a ____________________________________________________nato/a </w:t>
      </w:r>
      <w:proofErr w:type="spellStart"/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a</w:t>
      </w:r>
      <w:proofErr w:type="spellEnd"/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__________________________________ il ________________________codice fiscale ____________________________________residente in ______________________________ via/piazza _____________________________telefono __________________________ e-mail ______________________________________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PEC (se disponibile) ____________________________________________________________</w:t>
      </w:r>
    </w:p>
    <w:p w14:paraId="3DB2292D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 xml:space="preserve">in qualità di: </w:t>
      </w:r>
    </w:p>
    <w:p w14:paraId="76E27863" w14:textId="723C6F52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 xml:space="preserve"> candidato/a persona fisica</w:t>
      </w:r>
      <w:r w:rsidR="00EE4828">
        <w:rPr>
          <w:rFonts w:ascii="Arial Nova" w:eastAsia="Times New Roman" w:hAnsi="Arial Nova" w:cs="Arial"/>
          <w:sz w:val="20"/>
          <w:szCs w:val="20"/>
          <w:lang w:eastAsia="it-IT"/>
        </w:rPr>
        <w:t>/lavoratore autonomo</w:t>
      </w:r>
    </w:p>
    <w:p w14:paraId="69317462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 xml:space="preserve"> titolare/legale rappresentante dell’operatore economico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: </w:t>
      </w:r>
    </w:p>
    <w:p w14:paraId="294ACEB6" w14:textId="6C287804" w:rsidR="00CE20CF" w:rsidRPr="00C8453C" w:rsidRDefault="00CE20CF" w:rsidP="00CE20CF">
      <w:pPr>
        <w:spacing w:after="0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Ragione sociale ________________________________con sede legale in 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_______________________ via/piazza _____________________________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Sede operativa (se diversa) __________________________________________________ 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telefono__________________________ e-mail ______________________________________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PEC (_________________________________________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P.IVA _______________________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Sito web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_______________________________ </w:t>
      </w:r>
    </w:p>
    <w:p w14:paraId="35E8E04E" w14:textId="77777777" w:rsidR="00CE20CF" w:rsidRPr="00C8453C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consapevole delle responsabilità previste in caso di dichiarazioni mendaci,</w:t>
      </w:r>
      <w:r w:rsidRPr="00346DC4">
        <w:rPr>
          <w:rFonts w:ascii="Arial Nova" w:hAnsi="Arial Nova" w:cs="Arial"/>
          <w:sz w:val="20"/>
          <w:szCs w:val="20"/>
        </w:rPr>
        <w:t xml:space="preserve"> 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ai sensi del D.P.R. 445/2000</w:t>
      </w:r>
    </w:p>
    <w:p w14:paraId="41F1CF0D" w14:textId="77777777" w:rsidR="00CE20CF" w:rsidRPr="00C8453C" w:rsidRDefault="00CE20CF" w:rsidP="00CE20CF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MANIFESTA IL PROPRIO INTERESSE</w:t>
      </w:r>
    </w:p>
    <w:p w14:paraId="74A100D5" w14:textId="77777777" w:rsidR="00CE20CF" w:rsidRPr="00346DC4" w:rsidRDefault="00CE20CF" w:rsidP="00CE20CF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a essere inserito/a nella short list del progetto “SPAZIO BO.AR.D – Botteghe Artigiane Diffuse”, selezionando la seguente sezione:</w:t>
      </w:r>
    </w:p>
    <w:p w14:paraId="5FA9E6C9" w14:textId="430DDAFE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SEZIONE A – PERSONE FISICHE</w:t>
      </w:r>
      <w:r w:rsidR="00EE4828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/LAVORATORI AUTONOMI</w:t>
      </w:r>
    </w:p>
    <w:p w14:paraId="14078D28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Segoe UI Symbol" w:eastAsia="Times New Roman" w:hAnsi="Segoe UI Symbol" w:cs="Segoe UI Symbol"/>
          <w:b/>
          <w:bCs/>
          <w:sz w:val="20"/>
          <w:szCs w:val="20"/>
          <w:lang w:eastAsia="it-IT"/>
        </w:rPr>
        <w:t>☐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Esperti, professionisti, docenti, artigiani e collaboratori</w:t>
      </w:r>
    </w:p>
    <w:p w14:paraId="00BEECBC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Ambiti per cui si presenta candidatura (selezionare uno o più ambiti):</w:t>
      </w:r>
    </w:p>
    <w:p w14:paraId="378C9A6D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Orientamento, accompagnamento e inserimento lavorativo</w:t>
      </w:r>
    </w:p>
    <w:p w14:paraId="280D0EEF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Coordinamento, direzione, tutoraggio e supporto operativo</w:t>
      </w:r>
    </w:p>
    <w:p w14:paraId="1802A2C5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Direzione artistica, creativa e produzione</w:t>
      </w:r>
    </w:p>
    <w:p w14:paraId="382B1F08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Amministrazione, segreteria, monitoraggio e rendicontazione</w:t>
      </w:r>
    </w:p>
    <w:p w14:paraId="695249F9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Consulenza e supporto specialistico</w:t>
      </w:r>
    </w:p>
    <w:p w14:paraId="14ECCE05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Formazione e attività laboratoriali indicare il settore/laboratorio________________________</w:t>
      </w:r>
    </w:p>
    <w:p w14:paraId="5BA85342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lastRenderedPageBreak/>
        <w:t>Altro ambito coerente (specificare): _______________________________________________</w:t>
      </w:r>
    </w:p>
    <w:p w14:paraId="638EE2B7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Profilo/ruolo per cui ci si candida: ________________________________________________</w:t>
      </w:r>
    </w:p>
    <w:p w14:paraId="7B9C7B37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Titoli di studio, qualifiche o abilitazioni pertinenti 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____________________________________</w:t>
      </w:r>
    </w:p>
    <w:p w14:paraId="3D2FED09" w14:textId="77777777" w:rsidR="00CE20CF" w:rsidRPr="00346DC4" w:rsidRDefault="00CE20CF" w:rsidP="00CE20CF">
      <w:pPr>
        <w:pStyle w:val="Paragrafoelenco"/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</w:p>
    <w:p w14:paraId="72A53614" w14:textId="521C19D0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SEZIONE B – </w:t>
      </w:r>
      <w:r w:rsidR="00EE4828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OPERATORI ECONOMICI</w:t>
      </w:r>
    </w:p>
    <w:p w14:paraId="471885DE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Manifestazione di interesse per servizi e/o forniture</w:t>
      </w:r>
    </w:p>
    <w:p w14:paraId="12D45F02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Ambiti di servizi/forniture (selezionare uno o più ambiti):</w:t>
      </w:r>
    </w:p>
    <w:p w14:paraId="784D7C88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Arredi, attrezzature e materiali</w:t>
      </w:r>
    </w:p>
    <w:p w14:paraId="4FAF5F12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Dotazioni informatiche, dispositivi e software</w:t>
      </w:r>
    </w:p>
    <w:p w14:paraId="15DF2483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Materiali di consumo, materie prime e kit didattici</w:t>
      </w:r>
    </w:p>
    <w:p w14:paraId="2C886971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Servizi informatici, piattaforme digitali, siti web ed e-commerce</w:t>
      </w:r>
    </w:p>
    <w:p w14:paraId="0841E234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Comunicazione, grafica, branding, fotografia, video e stampa</w:t>
      </w:r>
    </w:p>
    <w:p w14:paraId="628FA9AC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Noleggio attrezzature, allestimenti e supporto tecnico</w:t>
      </w:r>
    </w:p>
    <w:p w14:paraId="3C6D21F2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Organizzazione eventi, workshop, visite e supporto logistico</w:t>
      </w:r>
    </w:p>
    <w:p w14:paraId="41BC216C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Altri servizi o forniture (specificare): _________________________________________</w:t>
      </w:r>
    </w:p>
    <w:p w14:paraId="695B0446" w14:textId="77777777" w:rsidR="00CE20CF" w:rsidRPr="00346DC4" w:rsidRDefault="00CE20CF" w:rsidP="00CE20CF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A tal fine Il/La sottoscritto/a, consapevole delle responsabilità penali previste dall’art. 76 del D.P.R. 445/2000 in caso di dichiarazioni mendaci e della decadenza dai benefici eventualmente conseguiti sulla base di dichiarazioni non veritiere, ai sensi dell’art. 75 del medesimo decreto,</w:t>
      </w:r>
    </w:p>
    <w:p w14:paraId="63BFDBAD" w14:textId="77777777" w:rsidR="00CE20CF" w:rsidRPr="00346DC4" w:rsidRDefault="00CE20CF" w:rsidP="00801F56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DICHIARA</w:t>
      </w:r>
    </w:p>
    <w:p w14:paraId="525B6B6A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aver letto e accettato le disposizioni dell’Avviso pubblico e di essere consapevole che la candidatura non comporta alcun diritto al conferimento di incarichi o all’affidamento di servizi e forniture;</w:t>
      </w:r>
    </w:p>
    <w:p w14:paraId="1834AD1C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che tutte le informazioni riportate nella domanda e negli allegati corrispondono al vero;</w:t>
      </w:r>
    </w:p>
    <w:p w14:paraId="37E1B85B" w14:textId="18D714B0" w:rsidR="00CE20CF" w:rsidRPr="00EE4828" w:rsidRDefault="00CE20CF" w:rsidP="00EE4828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EE4828">
        <w:rPr>
          <w:rFonts w:ascii="Arial Nova" w:eastAsia="Times New Roman" w:hAnsi="Arial Nova" w:cs="Arial"/>
          <w:sz w:val="20"/>
          <w:szCs w:val="20"/>
          <w:lang w:eastAsia="it-IT"/>
        </w:rPr>
        <w:t>che non sussistono rapporti di</w:t>
      </w:r>
      <w:r w:rsidR="00EE4828" w:rsidRPr="00EE4828">
        <w:rPr>
          <w:rFonts w:ascii="Arial Nova" w:eastAsia="Times New Roman" w:hAnsi="Arial Nova" w:cs="Arial"/>
          <w:sz w:val="20"/>
          <w:szCs w:val="20"/>
          <w:lang w:eastAsia="it-IT"/>
        </w:rPr>
        <w:t xml:space="preserve"> coniugio</w:t>
      </w:r>
      <w:r w:rsidRPr="00EE4828">
        <w:rPr>
          <w:rFonts w:ascii="Arial Nova" w:eastAsia="Times New Roman" w:hAnsi="Arial Nova" w:cs="Arial"/>
          <w:sz w:val="20"/>
          <w:szCs w:val="20"/>
          <w:lang w:eastAsia="it-IT"/>
        </w:rPr>
        <w:t xml:space="preserve">, convivenza, parentela o affinità entro il secondo grado con l’amministratore o legale rappresentante di </w:t>
      </w:r>
      <w:r w:rsidRPr="008C7B38">
        <w:rPr>
          <w:rFonts w:ascii="Arial Nova" w:eastAsia="Times New Roman" w:hAnsi="Arial Nova" w:cs="Arial"/>
          <w:sz w:val="20"/>
          <w:szCs w:val="20"/>
          <w:lang w:eastAsia="it-IT"/>
        </w:rPr>
        <w:t>PROJENIA SCS, soggetto capofila, né con gli amministratori o legali rappresentanti degli altri soggetti componenti l’ATS</w:t>
      </w:r>
      <w:r w:rsidR="008C7B38">
        <w:rPr>
          <w:rFonts w:ascii="Arial Nova" w:eastAsia="Times New Roman" w:hAnsi="Arial Nova" w:cs="Arial"/>
          <w:sz w:val="20"/>
          <w:szCs w:val="20"/>
          <w:lang w:eastAsia="it-IT"/>
        </w:rPr>
        <w:t>.</w:t>
      </w:r>
    </w:p>
    <w:p w14:paraId="696A42D6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per la Sezione A, che i titoli, le competenze e le esperienze dichiarati nel curriculum vitae e nella documentazione allegata sono veritieri;</w:t>
      </w:r>
    </w:p>
    <w:p w14:paraId="2C930C65" w14:textId="77777777" w:rsidR="00CE20CF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per la Sezione B, che i dati identificativi dell’operatore economico, l’attività esercitata e le informazioni relative ai beni e servizi offerti sono veritieri;</w:t>
      </w:r>
    </w:p>
    <w:p w14:paraId="008D117F" w14:textId="70205CAA" w:rsidR="00D52704" w:rsidRPr="00346DC4" w:rsidRDefault="00D52704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>
        <w:rPr>
          <w:rFonts w:ascii="Arial Nova" w:eastAsia="Times New Roman" w:hAnsi="Arial Nova" w:cs="Arial"/>
          <w:sz w:val="20"/>
          <w:szCs w:val="20"/>
          <w:lang w:eastAsia="it-IT"/>
        </w:rPr>
        <w:t>l’inesistenza</w:t>
      </w:r>
      <w:r w:rsidR="00E65BA1">
        <w:rPr>
          <w:rFonts w:ascii="Arial Nova" w:eastAsia="Times New Roman" w:hAnsi="Arial Nova" w:cs="Arial"/>
          <w:sz w:val="20"/>
          <w:szCs w:val="20"/>
          <w:lang w:eastAsia="it-IT"/>
        </w:rPr>
        <w:t xml:space="preserve"> di conflitto di interesse;</w:t>
      </w:r>
    </w:p>
    <w:p w14:paraId="204F53D0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qualora ricorra una situazione rilevante, di impegnarsi a segnalarla tempestivamente e a non procedere ad affidamenti o spese senza l’eventuale preventiva autorizzazione scritta dell’Amministrazione procedente;</w:t>
      </w:r>
    </w:p>
    <w:p w14:paraId="1E4F133A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essere in possesso dei requisiti e delle eventuali autorizzazioni/abilitazioni richiesti per le attività dichiarate, ove applicabili;</w:t>
      </w:r>
    </w:p>
    <w:p w14:paraId="5AA1688B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impegnarsi a comunicare tempestivamente eventuali variazioni delle informazioni e dei requisiti dichiarati;</w:t>
      </w:r>
    </w:p>
    <w:p w14:paraId="7D34797B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essere consapevole che PROJENIA SCS potrà effettuare verifiche sulla veridicità delle dichiarazioni e richiedere documentazione integrativa;</w:t>
      </w:r>
    </w:p>
    <w:p w14:paraId="61254D7B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aver preso visione dell’informativa sul trattamento dei dati personali allegata all’Avviso.</w:t>
      </w:r>
    </w:p>
    <w:p w14:paraId="6F1A53CD" w14:textId="77777777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ELENCO DEGLI ALLEGATI</w:t>
      </w:r>
    </w:p>
    <w:p w14:paraId="600DE3CB" w14:textId="22B6E6C8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Per la Sezione A – persone fisiche</w:t>
      </w:r>
      <w:r w:rsidR="00BA0CDE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/lavoratori autonomi</w:t>
      </w:r>
    </w:p>
    <w:p w14:paraId="0FE8DA8F" w14:textId="47D0571D" w:rsidR="00CE20CF" w:rsidRPr="00346DC4" w:rsidRDefault="00BA0CDE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CV</w:t>
      </w:r>
      <w:r w:rsidR="00CE20CF"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aggiornato e sottoscritto</w:t>
      </w:r>
    </w:p>
    <w:p w14:paraId="7315646E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Documento di identità in corso di validità, ove necessario</w:t>
      </w:r>
    </w:p>
    <w:p w14:paraId="16BAD0EA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Attestati, qualifiche, certificazioni o portfolio (se pertinenti)</w:t>
      </w:r>
    </w:p>
    <w:p w14:paraId="159D6CBE" w14:textId="77777777" w:rsidR="00046610" w:rsidRPr="00046610" w:rsidRDefault="00046610" w:rsidP="00046610">
      <w:pPr>
        <w:pStyle w:val="Paragrafoelenco"/>
        <w:numPr>
          <w:ilvl w:val="0"/>
          <w:numId w:val="18"/>
        </w:numPr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046610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Certificato attribuzione P.IVA</w:t>
      </w:r>
      <w:r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, ove previsto</w:t>
      </w:r>
    </w:p>
    <w:p w14:paraId="45732E83" w14:textId="12A9A89A" w:rsidR="00046610" w:rsidRPr="00046610" w:rsidRDefault="00CE20CF" w:rsidP="00046610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lastRenderedPageBreak/>
        <w:t>Ulteriore documentazione: _________________________________________________</w:t>
      </w:r>
    </w:p>
    <w:p w14:paraId="0A4A02A2" w14:textId="12199C25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Per la Sezione B – </w:t>
      </w:r>
      <w:r w:rsidR="00BA0CDE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O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peratori economici:</w:t>
      </w:r>
    </w:p>
    <w:p w14:paraId="5453A856" w14:textId="7B87EF42" w:rsidR="00CE20CF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Visura camerale aggiornata, </w:t>
      </w:r>
    </w:p>
    <w:p w14:paraId="286DE0E2" w14:textId="7384F7B2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Presentazione aziendale</w:t>
      </w:r>
      <w:r w:rsidR="003C6F20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/link a sito</w:t>
      </w:r>
      <w:r w:rsidR="000D76BC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web </w:t>
      </w:r>
    </w:p>
    <w:p w14:paraId="1D2FCBBD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Documento di identità del firmatario, ove necessario</w:t>
      </w:r>
    </w:p>
    <w:p w14:paraId="4DA7D099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Ulteriore documentazione: _________________________________________________</w:t>
      </w:r>
    </w:p>
    <w:p w14:paraId="574B75A0" w14:textId="36261343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Luogo e data __________________________________</w:t>
      </w:r>
    </w:p>
    <w:p w14:paraId="04EC5C50" w14:textId="77777777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Firma del/della candidato/a o del legale rappresentante</w:t>
      </w:r>
    </w:p>
    <w:p w14:paraId="7A9E0CBA" w14:textId="76C96FEF" w:rsidR="00E15331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________________________________________________</w:t>
      </w:r>
      <w:r w:rsidR="00E15331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br w:type="page"/>
      </w:r>
    </w:p>
    <w:p w14:paraId="5CEE5D73" w14:textId="77777777" w:rsidR="00E15331" w:rsidRDefault="00E15331" w:rsidP="009C6165">
      <w:pPr>
        <w:rPr>
          <w:b/>
          <w:bCs/>
        </w:rPr>
      </w:pPr>
    </w:p>
    <w:p w14:paraId="1E4AA4C3" w14:textId="77777777" w:rsidR="00CE20CF" w:rsidRPr="00346DC4" w:rsidRDefault="00CE20CF" w:rsidP="007D3A8F">
      <w:pPr>
        <w:jc w:val="both"/>
        <w:rPr>
          <w:rFonts w:ascii="Arial Nova" w:hAnsi="Arial Nova" w:cs="Arial"/>
          <w:sz w:val="20"/>
          <w:szCs w:val="20"/>
        </w:rPr>
      </w:pPr>
    </w:p>
    <w:sectPr w:rsidR="00CE20CF" w:rsidRPr="00346DC4" w:rsidSect="00AC645F">
      <w:headerReference w:type="default" r:id="rId8"/>
      <w:footerReference w:type="default" r:id="rId9"/>
      <w:pgSz w:w="12240" w:h="15840"/>
      <w:pgMar w:top="478" w:right="1123" w:bottom="979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9313E" w14:textId="77777777" w:rsidR="0007577B" w:rsidRDefault="0007577B">
      <w:pPr>
        <w:spacing w:after="0" w:line="240" w:lineRule="auto"/>
      </w:pPr>
      <w:r>
        <w:separator/>
      </w:r>
    </w:p>
  </w:endnote>
  <w:endnote w:type="continuationSeparator" w:id="0">
    <w:p w14:paraId="66484E83" w14:textId="77777777" w:rsidR="0007577B" w:rsidRDefault="00075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C6C6" w14:textId="137FC162" w:rsidR="0014080A" w:rsidRDefault="00AC645F">
    <w:pPr>
      <w:pStyle w:val="Pidipagina"/>
      <w:jc w:val="center"/>
    </w:pPr>
    <w:r>
      <w:rPr>
        <w:noProof/>
      </w:rPr>
      <w:drawing>
        <wp:inline distT="0" distB="0" distL="0" distR="0" wp14:anchorId="7B9C1150" wp14:editId="15986C4F">
          <wp:extent cx="4820285" cy="552450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028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775C3" w14:textId="77777777" w:rsidR="0007577B" w:rsidRDefault="0007577B">
      <w:pPr>
        <w:spacing w:after="0" w:line="240" w:lineRule="auto"/>
      </w:pPr>
      <w:r>
        <w:separator/>
      </w:r>
    </w:p>
  </w:footnote>
  <w:footnote w:type="continuationSeparator" w:id="0">
    <w:p w14:paraId="6DBE8B29" w14:textId="77777777" w:rsidR="0007577B" w:rsidRDefault="00075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8AAFA" w14:textId="005D514C" w:rsidR="00AC645F" w:rsidRDefault="00AC645F">
    <w:pPr>
      <w:pStyle w:val="Intestazione"/>
    </w:pPr>
    <w:r w:rsidRPr="00AC645F">
      <w:rPr>
        <w:noProof/>
      </w:rPr>
      <w:drawing>
        <wp:anchor distT="0" distB="0" distL="114300" distR="114300" simplePos="0" relativeHeight="251658240" behindDoc="0" locked="0" layoutInCell="1" allowOverlap="1" wp14:anchorId="170489A2" wp14:editId="2A666B10">
          <wp:simplePos x="0" y="0"/>
          <wp:positionH relativeFrom="column">
            <wp:posOffset>1270</wp:posOffset>
          </wp:positionH>
          <wp:positionV relativeFrom="paragraph">
            <wp:posOffset>-428625</wp:posOffset>
          </wp:positionV>
          <wp:extent cx="6346190" cy="638175"/>
          <wp:effectExtent l="0" t="0" r="0" b="952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4619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1625E2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B83EC1"/>
    <w:multiLevelType w:val="hybridMultilevel"/>
    <w:tmpl w:val="58D0BF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63223"/>
    <w:multiLevelType w:val="hybridMultilevel"/>
    <w:tmpl w:val="EBDE35F0"/>
    <w:lvl w:ilvl="0" w:tplc="B91603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A418C"/>
    <w:multiLevelType w:val="multilevel"/>
    <w:tmpl w:val="9A18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C465C1"/>
    <w:multiLevelType w:val="hybridMultilevel"/>
    <w:tmpl w:val="F876656C"/>
    <w:lvl w:ilvl="0" w:tplc="B91603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42B63"/>
    <w:multiLevelType w:val="hybridMultilevel"/>
    <w:tmpl w:val="7F928E6A"/>
    <w:lvl w:ilvl="0" w:tplc="B91603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11F0E"/>
    <w:multiLevelType w:val="hybridMultilevel"/>
    <w:tmpl w:val="1C0EBF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E4F6C"/>
    <w:multiLevelType w:val="hybridMultilevel"/>
    <w:tmpl w:val="8CF29C84"/>
    <w:lvl w:ilvl="0" w:tplc="73DE92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35795F"/>
    <w:multiLevelType w:val="multilevel"/>
    <w:tmpl w:val="1E12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70276C"/>
    <w:multiLevelType w:val="hybridMultilevel"/>
    <w:tmpl w:val="22B6FEF0"/>
    <w:lvl w:ilvl="0" w:tplc="75408678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712088"/>
    <w:multiLevelType w:val="multilevel"/>
    <w:tmpl w:val="62F2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F436DB"/>
    <w:multiLevelType w:val="hybridMultilevel"/>
    <w:tmpl w:val="4E70A646"/>
    <w:lvl w:ilvl="0" w:tplc="B91603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60CE3"/>
    <w:multiLevelType w:val="hybridMultilevel"/>
    <w:tmpl w:val="F37433CA"/>
    <w:lvl w:ilvl="0" w:tplc="B9D83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8605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D6411"/>
    <w:multiLevelType w:val="multilevel"/>
    <w:tmpl w:val="5588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17"/>
  </w:num>
  <w:num w:numId="12">
    <w:abstractNumId w:val="21"/>
  </w:num>
  <w:num w:numId="13">
    <w:abstractNumId w:val="18"/>
  </w:num>
  <w:num w:numId="14">
    <w:abstractNumId w:val="11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2"/>
  </w:num>
  <w:num w:numId="20">
    <w:abstractNumId w:val="20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96"/>
    <w:rsid w:val="00034616"/>
    <w:rsid w:val="00046610"/>
    <w:rsid w:val="0006063C"/>
    <w:rsid w:val="00061426"/>
    <w:rsid w:val="00065A67"/>
    <w:rsid w:val="0007577B"/>
    <w:rsid w:val="000827C3"/>
    <w:rsid w:val="000B0E21"/>
    <w:rsid w:val="000C694A"/>
    <w:rsid w:val="000D480A"/>
    <w:rsid w:val="000D76BC"/>
    <w:rsid w:val="00114684"/>
    <w:rsid w:val="00121B4B"/>
    <w:rsid w:val="0014080A"/>
    <w:rsid w:val="0015074B"/>
    <w:rsid w:val="001B5F03"/>
    <w:rsid w:val="001B7E7C"/>
    <w:rsid w:val="001C216B"/>
    <w:rsid w:val="001E2B03"/>
    <w:rsid w:val="001E6363"/>
    <w:rsid w:val="001F18A3"/>
    <w:rsid w:val="00203F41"/>
    <w:rsid w:val="00225FDD"/>
    <w:rsid w:val="00235B7E"/>
    <w:rsid w:val="002512C2"/>
    <w:rsid w:val="00274C69"/>
    <w:rsid w:val="0029639D"/>
    <w:rsid w:val="002B79DC"/>
    <w:rsid w:val="002C0081"/>
    <w:rsid w:val="002D271D"/>
    <w:rsid w:val="002D6DCC"/>
    <w:rsid w:val="002E21E3"/>
    <w:rsid w:val="003149DC"/>
    <w:rsid w:val="00326F90"/>
    <w:rsid w:val="00346DC4"/>
    <w:rsid w:val="003726C0"/>
    <w:rsid w:val="0037730F"/>
    <w:rsid w:val="00381EE0"/>
    <w:rsid w:val="00391565"/>
    <w:rsid w:val="003A6662"/>
    <w:rsid w:val="003B2CC6"/>
    <w:rsid w:val="003B75DC"/>
    <w:rsid w:val="003C3FDA"/>
    <w:rsid w:val="003C6AE9"/>
    <w:rsid w:val="003C6F20"/>
    <w:rsid w:val="003E2740"/>
    <w:rsid w:val="00402E36"/>
    <w:rsid w:val="004534BF"/>
    <w:rsid w:val="004638F5"/>
    <w:rsid w:val="0047527A"/>
    <w:rsid w:val="00477EC7"/>
    <w:rsid w:val="00511FC5"/>
    <w:rsid w:val="00521AA1"/>
    <w:rsid w:val="00523334"/>
    <w:rsid w:val="00527BAF"/>
    <w:rsid w:val="00550D06"/>
    <w:rsid w:val="00550F5F"/>
    <w:rsid w:val="005A728E"/>
    <w:rsid w:val="005D1DD5"/>
    <w:rsid w:val="005D36F4"/>
    <w:rsid w:val="005D70B8"/>
    <w:rsid w:val="00615B24"/>
    <w:rsid w:val="006740B5"/>
    <w:rsid w:val="006D007D"/>
    <w:rsid w:val="00702036"/>
    <w:rsid w:val="00730B8B"/>
    <w:rsid w:val="007452D6"/>
    <w:rsid w:val="007503DF"/>
    <w:rsid w:val="00753F48"/>
    <w:rsid w:val="00762E67"/>
    <w:rsid w:val="00765C49"/>
    <w:rsid w:val="00793081"/>
    <w:rsid w:val="007B1A59"/>
    <w:rsid w:val="007B65B3"/>
    <w:rsid w:val="007C17B7"/>
    <w:rsid w:val="007C4D5C"/>
    <w:rsid w:val="007D3A8F"/>
    <w:rsid w:val="007E1693"/>
    <w:rsid w:val="00801F56"/>
    <w:rsid w:val="00826AA1"/>
    <w:rsid w:val="00835BE9"/>
    <w:rsid w:val="008571EE"/>
    <w:rsid w:val="00865B33"/>
    <w:rsid w:val="008818E9"/>
    <w:rsid w:val="00890A59"/>
    <w:rsid w:val="00891C69"/>
    <w:rsid w:val="008C7B38"/>
    <w:rsid w:val="008D536C"/>
    <w:rsid w:val="008D6DA1"/>
    <w:rsid w:val="009016C8"/>
    <w:rsid w:val="00923AA5"/>
    <w:rsid w:val="00971479"/>
    <w:rsid w:val="0099054B"/>
    <w:rsid w:val="009A7CF2"/>
    <w:rsid w:val="009C6165"/>
    <w:rsid w:val="009D3A61"/>
    <w:rsid w:val="009D44FD"/>
    <w:rsid w:val="009E5D03"/>
    <w:rsid w:val="00A0192C"/>
    <w:rsid w:val="00A03B2D"/>
    <w:rsid w:val="00A36ED8"/>
    <w:rsid w:val="00A65952"/>
    <w:rsid w:val="00A97D3D"/>
    <w:rsid w:val="00AA0203"/>
    <w:rsid w:val="00AA1D8D"/>
    <w:rsid w:val="00AA3096"/>
    <w:rsid w:val="00AC1726"/>
    <w:rsid w:val="00AC645F"/>
    <w:rsid w:val="00B23973"/>
    <w:rsid w:val="00B32628"/>
    <w:rsid w:val="00B47730"/>
    <w:rsid w:val="00B52C12"/>
    <w:rsid w:val="00B6258E"/>
    <w:rsid w:val="00B750A5"/>
    <w:rsid w:val="00BA0298"/>
    <w:rsid w:val="00BA0CDE"/>
    <w:rsid w:val="00BA244D"/>
    <w:rsid w:val="00BA56F6"/>
    <w:rsid w:val="00BA617E"/>
    <w:rsid w:val="00BE493F"/>
    <w:rsid w:val="00BF6203"/>
    <w:rsid w:val="00C607D2"/>
    <w:rsid w:val="00C8453C"/>
    <w:rsid w:val="00CB0664"/>
    <w:rsid w:val="00CE20CF"/>
    <w:rsid w:val="00D06A32"/>
    <w:rsid w:val="00D46D4C"/>
    <w:rsid w:val="00D52704"/>
    <w:rsid w:val="00D61679"/>
    <w:rsid w:val="00D92467"/>
    <w:rsid w:val="00DA4FDD"/>
    <w:rsid w:val="00DA7D2D"/>
    <w:rsid w:val="00DB59E1"/>
    <w:rsid w:val="00DE4B13"/>
    <w:rsid w:val="00DF08BF"/>
    <w:rsid w:val="00E15331"/>
    <w:rsid w:val="00E43A20"/>
    <w:rsid w:val="00E65BA1"/>
    <w:rsid w:val="00E910FB"/>
    <w:rsid w:val="00EB63C8"/>
    <w:rsid w:val="00EC267C"/>
    <w:rsid w:val="00EE4828"/>
    <w:rsid w:val="00F144BE"/>
    <w:rsid w:val="00F16C2F"/>
    <w:rsid w:val="00F37BFB"/>
    <w:rsid w:val="00F52AAF"/>
    <w:rsid w:val="00F53D14"/>
    <w:rsid w:val="00F72A4A"/>
    <w:rsid w:val="00F83964"/>
    <w:rsid w:val="00FC693F"/>
    <w:rsid w:val="00FF755A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E8C3AD6"/>
  <w14:defaultImageDpi w14:val="300"/>
  <w15:docId w15:val="{FCC64B72-DE07-4295-8232-F60DB2AC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sz w:val="19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8605A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8605A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8605A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7D3A8F"/>
    <w:rPr>
      <w:rFonts w:ascii="Times New Roman" w:hAnsi="Times New Roman" w:cs="Times New Roman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CE20C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E20C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E20CF"/>
    <w:rPr>
      <w:rFonts w:ascii="Arial" w:hAnsi="Arial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20C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20CF"/>
    <w:rPr>
      <w:rFonts w:ascii="Arial" w:hAnsi="Arial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C616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6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</cp:lastModifiedBy>
  <cp:revision>3</cp:revision>
  <cp:lastPrinted>2026-10-26T12:58:00Z</cp:lastPrinted>
  <dcterms:created xsi:type="dcterms:W3CDTF">2026-10-26T12:58:00Z</dcterms:created>
  <dcterms:modified xsi:type="dcterms:W3CDTF">2026-10-26T13:04:00Z</dcterms:modified>
  <cp:category/>
</cp:coreProperties>
</file>